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358FA" w14:textId="77777777" w:rsidR="000C3AFB" w:rsidRPr="00921B0F" w:rsidRDefault="00AD649D">
      <w:pPr>
        <w:jc w:val="center"/>
        <w:rPr>
          <w:rFonts w:asciiTheme="majorHAnsi" w:hAnsiTheme="majorHAnsi" w:cstheme="majorHAnsi"/>
          <w:lang w:val="pl-PL"/>
        </w:rPr>
      </w:pPr>
      <w:r w:rsidRPr="00921B0F">
        <w:rPr>
          <w:rFonts w:asciiTheme="majorHAnsi" w:hAnsiTheme="majorHAnsi" w:cstheme="majorHAnsi"/>
          <w:b/>
          <w:sz w:val="32"/>
          <w:lang w:val="pl-PL"/>
        </w:rPr>
        <w:br/>
        <w:t>FORMULARZ ZAMÓWIENIA</w:t>
      </w:r>
    </w:p>
    <w:p w14:paraId="50F940CB" w14:textId="7F335C91" w:rsidR="000C3AFB" w:rsidRPr="00921B0F" w:rsidRDefault="00AD649D">
      <w:pPr>
        <w:rPr>
          <w:rFonts w:asciiTheme="majorHAnsi" w:hAnsiTheme="majorHAnsi" w:cstheme="majorHAnsi"/>
          <w:lang w:val="pl-PL"/>
        </w:rPr>
      </w:pPr>
      <w:r w:rsidRPr="00921B0F">
        <w:rPr>
          <w:rFonts w:asciiTheme="majorHAnsi" w:hAnsiTheme="majorHAnsi" w:cstheme="majorHAnsi"/>
          <w:lang w:val="pl-PL"/>
        </w:rPr>
        <w:t>Nr zamówienia: ...............................................</w:t>
      </w:r>
      <w:r w:rsidR="000A39F1">
        <w:rPr>
          <w:rFonts w:asciiTheme="majorHAnsi" w:hAnsiTheme="majorHAnsi" w:cstheme="majorHAnsi"/>
          <w:lang w:val="pl-PL"/>
        </w:rPr>
        <w:t xml:space="preserve"> (numer nadaje pracownik Biura ZSD UW)</w:t>
      </w:r>
    </w:p>
    <w:p w14:paraId="05377AA6" w14:textId="50CDC970" w:rsidR="000C3AFB" w:rsidRPr="00921B0F" w:rsidRDefault="00AD649D">
      <w:pPr>
        <w:pStyle w:val="Nagwek2"/>
        <w:rPr>
          <w:rFonts w:cstheme="majorHAnsi"/>
          <w:lang w:val="pl-PL"/>
        </w:rPr>
      </w:pPr>
      <w:r w:rsidRPr="00921B0F">
        <w:rPr>
          <w:rFonts w:cstheme="majorHAnsi"/>
          <w:lang w:val="pl-PL"/>
        </w:rPr>
        <w:t xml:space="preserve">1. DANE </w:t>
      </w:r>
      <w:r w:rsidR="00B07AC9">
        <w:rPr>
          <w:rFonts w:cstheme="majorHAnsi"/>
          <w:lang w:val="pl-PL"/>
        </w:rPr>
        <w:t>OSOBY</w:t>
      </w:r>
      <w:r w:rsidRPr="00921B0F">
        <w:rPr>
          <w:rFonts w:cstheme="majorHAnsi"/>
          <w:lang w:val="pl-PL"/>
        </w:rPr>
        <w:t xml:space="preserve"> ZAMAWIAJĄCEJ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8"/>
        <w:gridCol w:w="3306"/>
        <w:gridCol w:w="3306"/>
      </w:tblGrid>
      <w:tr w:rsidR="000A39F1" w:rsidRPr="00921B0F" w14:paraId="11BC49EE" w14:textId="77777777" w:rsidTr="000A39F1">
        <w:tc>
          <w:tcPr>
            <w:tcW w:w="2018" w:type="dxa"/>
          </w:tcPr>
          <w:p w14:paraId="3C68F00C" w14:textId="01B5BBD6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Nazwa jednostki</w:t>
            </w:r>
            <w:r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  <w:tc>
          <w:tcPr>
            <w:tcW w:w="3306" w:type="dxa"/>
          </w:tcPr>
          <w:p w14:paraId="03C6C12B" w14:textId="77777777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</w:p>
        </w:tc>
        <w:tc>
          <w:tcPr>
            <w:tcW w:w="3306" w:type="dxa"/>
          </w:tcPr>
          <w:p w14:paraId="20CDC99D" w14:textId="3E635528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0A39F1" w:rsidRPr="00921B0F" w14:paraId="07E15D59" w14:textId="77777777" w:rsidTr="000A39F1">
        <w:tc>
          <w:tcPr>
            <w:tcW w:w="2018" w:type="dxa"/>
          </w:tcPr>
          <w:p w14:paraId="7F6CE448" w14:textId="77777777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Osoba kontaktowa</w:t>
            </w:r>
          </w:p>
        </w:tc>
        <w:tc>
          <w:tcPr>
            <w:tcW w:w="3306" w:type="dxa"/>
          </w:tcPr>
          <w:p w14:paraId="79334017" w14:textId="77777777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</w:p>
        </w:tc>
        <w:tc>
          <w:tcPr>
            <w:tcW w:w="3306" w:type="dxa"/>
          </w:tcPr>
          <w:p w14:paraId="0F7EA089" w14:textId="7AED35BB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0A39F1" w:rsidRPr="00921B0F" w14:paraId="12230196" w14:textId="77777777" w:rsidTr="000A39F1">
        <w:tc>
          <w:tcPr>
            <w:tcW w:w="2018" w:type="dxa"/>
          </w:tcPr>
          <w:p w14:paraId="6BC6CDEF" w14:textId="77777777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E-mail</w:t>
            </w:r>
          </w:p>
        </w:tc>
        <w:tc>
          <w:tcPr>
            <w:tcW w:w="3306" w:type="dxa"/>
          </w:tcPr>
          <w:p w14:paraId="1EE13C94" w14:textId="77777777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</w:p>
        </w:tc>
        <w:tc>
          <w:tcPr>
            <w:tcW w:w="3306" w:type="dxa"/>
          </w:tcPr>
          <w:p w14:paraId="44D74947" w14:textId="3E2EA79E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0A39F1" w:rsidRPr="00921B0F" w14:paraId="204475ED" w14:textId="77777777" w:rsidTr="000A39F1">
        <w:tc>
          <w:tcPr>
            <w:tcW w:w="2018" w:type="dxa"/>
          </w:tcPr>
          <w:p w14:paraId="64009455" w14:textId="77777777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Telefon</w:t>
            </w:r>
          </w:p>
        </w:tc>
        <w:tc>
          <w:tcPr>
            <w:tcW w:w="3306" w:type="dxa"/>
          </w:tcPr>
          <w:p w14:paraId="75341CAD" w14:textId="77777777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</w:p>
        </w:tc>
        <w:tc>
          <w:tcPr>
            <w:tcW w:w="3306" w:type="dxa"/>
          </w:tcPr>
          <w:p w14:paraId="05476D9B" w14:textId="41DDCDFC" w:rsidR="000A39F1" w:rsidRPr="00921B0F" w:rsidRDefault="000A39F1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7D6CDBC9" w14:textId="77777777" w:rsidR="000C3AFB" w:rsidRPr="00921B0F" w:rsidRDefault="000C3AFB">
      <w:pPr>
        <w:rPr>
          <w:rFonts w:asciiTheme="majorHAnsi" w:hAnsiTheme="majorHAnsi" w:cstheme="majorHAnsi"/>
          <w:lang w:val="pl-PL"/>
        </w:rPr>
      </w:pPr>
    </w:p>
    <w:p w14:paraId="5438B44A" w14:textId="77777777" w:rsidR="000C3AFB" w:rsidRPr="00921B0F" w:rsidRDefault="00AD649D">
      <w:pPr>
        <w:pStyle w:val="Nagwek2"/>
        <w:rPr>
          <w:rFonts w:cstheme="majorHAnsi"/>
          <w:lang w:val="pl-PL"/>
        </w:rPr>
      </w:pPr>
      <w:r w:rsidRPr="00921B0F">
        <w:rPr>
          <w:rFonts w:cstheme="majorHAnsi"/>
          <w:lang w:val="pl-PL"/>
        </w:rPr>
        <w:t>2. 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58"/>
        <w:gridCol w:w="5972"/>
      </w:tblGrid>
      <w:tr w:rsidR="000C3AFB" w:rsidRPr="00921B0F" w14:paraId="13858B24" w14:textId="77777777" w:rsidTr="008465AA">
        <w:tc>
          <w:tcPr>
            <w:tcW w:w="2658" w:type="dxa"/>
          </w:tcPr>
          <w:p w14:paraId="1E6967E8" w14:textId="77777777" w:rsidR="000C3AFB" w:rsidRPr="00921B0F" w:rsidRDefault="00AD649D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Firma</w:t>
            </w:r>
          </w:p>
        </w:tc>
        <w:tc>
          <w:tcPr>
            <w:tcW w:w="5972" w:type="dxa"/>
          </w:tcPr>
          <w:p w14:paraId="4CC3EDC5" w14:textId="77777777" w:rsidR="000C3AFB" w:rsidRPr="00921B0F" w:rsidRDefault="000C3AFB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0C3AFB" w:rsidRPr="00921B0F" w14:paraId="54182852" w14:textId="77777777" w:rsidTr="008465AA">
        <w:tc>
          <w:tcPr>
            <w:tcW w:w="2658" w:type="dxa"/>
          </w:tcPr>
          <w:p w14:paraId="05379F20" w14:textId="77777777" w:rsidR="000C3AFB" w:rsidRPr="00921B0F" w:rsidRDefault="00AD649D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NIP</w:t>
            </w:r>
          </w:p>
        </w:tc>
        <w:tc>
          <w:tcPr>
            <w:tcW w:w="5972" w:type="dxa"/>
          </w:tcPr>
          <w:p w14:paraId="41E04732" w14:textId="77777777" w:rsidR="000C3AFB" w:rsidRPr="00921B0F" w:rsidRDefault="000C3AFB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0C3AFB" w:rsidRPr="00921B0F" w14:paraId="25FBF105" w14:textId="77777777" w:rsidTr="008465AA">
        <w:tc>
          <w:tcPr>
            <w:tcW w:w="2658" w:type="dxa"/>
          </w:tcPr>
          <w:p w14:paraId="3DCFC5DA" w14:textId="77777777" w:rsidR="000C3AFB" w:rsidRPr="00921B0F" w:rsidRDefault="00AD649D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Osoba kontaktowa</w:t>
            </w:r>
          </w:p>
        </w:tc>
        <w:tc>
          <w:tcPr>
            <w:tcW w:w="5972" w:type="dxa"/>
          </w:tcPr>
          <w:p w14:paraId="66E623E5" w14:textId="77777777" w:rsidR="000C3AFB" w:rsidRPr="00921B0F" w:rsidRDefault="000C3AFB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0C3AFB" w:rsidRPr="00921B0F" w14:paraId="1CE58E50" w14:textId="77777777" w:rsidTr="008465AA">
        <w:tc>
          <w:tcPr>
            <w:tcW w:w="2658" w:type="dxa"/>
          </w:tcPr>
          <w:p w14:paraId="4D5A04B6" w14:textId="77777777" w:rsidR="000C3AFB" w:rsidRPr="00921B0F" w:rsidRDefault="00AD649D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E-mail</w:t>
            </w:r>
          </w:p>
        </w:tc>
        <w:tc>
          <w:tcPr>
            <w:tcW w:w="5972" w:type="dxa"/>
          </w:tcPr>
          <w:p w14:paraId="1173A74A" w14:textId="77777777" w:rsidR="000C3AFB" w:rsidRPr="00921B0F" w:rsidRDefault="000C3AFB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EB6BE0" w:rsidRPr="00847126" w14:paraId="7467CAF6" w14:textId="77777777" w:rsidTr="008465AA">
        <w:tc>
          <w:tcPr>
            <w:tcW w:w="2658" w:type="dxa"/>
          </w:tcPr>
          <w:p w14:paraId="0FC86CE7" w14:textId="4F39AF31" w:rsidR="00EB6BE0" w:rsidRPr="00921B0F" w:rsidRDefault="00EB6BE0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Jednostka Sektora Finansów Publicznych (TAK/NIE)</w:t>
            </w:r>
          </w:p>
        </w:tc>
        <w:tc>
          <w:tcPr>
            <w:tcW w:w="5972" w:type="dxa"/>
          </w:tcPr>
          <w:p w14:paraId="1706A154" w14:textId="77777777" w:rsidR="00EB6BE0" w:rsidRPr="00921B0F" w:rsidRDefault="00EB6BE0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229948AF" w14:textId="77777777" w:rsidR="000C3AFB" w:rsidRPr="00921B0F" w:rsidRDefault="000C3AFB">
      <w:pPr>
        <w:rPr>
          <w:rFonts w:asciiTheme="majorHAnsi" w:hAnsiTheme="majorHAnsi" w:cstheme="majorHAnsi"/>
          <w:lang w:val="pl-PL"/>
        </w:rPr>
      </w:pPr>
    </w:p>
    <w:p w14:paraId="6D863305" w14:textId="77777777" w:rsidR="000C3AFB" w:rsidRPr="00921B0F" w:rsidRDefault="00AD649D">
      <w:pPr>
        <w:pStyle w:val="Nagwek2"/>
        <w:rPr>
          <w:rFonts w:cstheme="majorHAnsi"/>
          <w:lang w:val="pl-PL"/>
        </w:rPr>
      </w:pPr>
      <w:r w:rsidRPr="00921B0F">
        <w:rPr>
          <w:rFonts w:cstheme="majorHAnsi"/>
          <w:lang w:val="pl-PL"/>
        </w:rPr>
        <w:t>3. SZCZEGÓŁY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58"/>
        <w:gridCol w:w="5972"/>
      </w:tblGrid>
      <w:tr w:rsidR="000C3AFB" w:rsidRPr="00921B0F" w14:paraId="5737DDB3" w14:textId="77777777" w:rsidTr="00921B0F">
        <w:tc>
          <w:tcPr>
            <w:tcW w:w="2660" w:type="dxa"/>
          </w:tcPr>
          <w:p w14:paraId="506031AA" w14:textId="77777777" w:rsidR="000C3AFB" w:rsidRPr="00921B0F" w:rsidRDefault="00AD649D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Przedmiot zamówienia</w:t>
            </w:r>
          </w:p>
        </w:tc>
        <w:tc>
          <w:tcPr>
            <w:tcW w:w="5980" w:type="dxa"/>
          </w:tcPr>
          <w:p w14:paraId="155E2180" w14:textId="691E3518" w:rsidR="00921B0F" w:rsidRPr="00921B0F" w:rsidRDefault="00921B0F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0C3AFB" w:rsidRPr="00921B0F" w14:paraId="78749308" w14:textId="77777777" w:rsidTr="00921B0F">
        <w:tc>
          <w:tcPr>
            <w:tcW w:w="2660" w:type="dxa"/>
          </w:tcPr>
          <w:p w14:paraId="154110B2" w14:textId="77777777" w:rsidR="000C3AFB" w:rsidRPr="00921B0F" w:rsidRDefault="00AD649D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Termin realizacji zlecenia</w:t>
            </w:r>
          </w:p>
        </w:tc>
        <w:tc>
          <w:tcPr>
            <w:tcW w:w="5980" w:type="dxa"/>
          </w:tcPr>
          <w:p w14:paraId="7C2A2905" w14:textId="77777777" w:rsidR="000C3AFB" w:rsidRPr="00921B0F" w:rsidRDefault="000C3AFB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0C3AFB" w:rsidRPr="00921B0F" w14:paraId="673D75CB" w14:textId="77777777" w:rsidTr="00921B0F">
        <w:tc>
          <w:tcPr>
            <w:tcW w:w="2660" w:type="dxa"/>
          </w:tcPr>
          <w:p w14:paraId="2B39A19A" w14:textId="5AB434B2" w:rsidR="000C3AFB" w:rsidRPr="00921B0F" w:rsidRDefault="00921B0F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Wartość netto</w:t>
            </w:r>
          </w:p>
        </w:tc>
        <w:tc>
          <w:tcPr>
            <w:tcW w:w="5980" w:type="dxa"/>
          </w:tcPr>
          <w:p w14:paraId="5CF968FC" w14:textId="77777777" w:rsidR="000C3AFB" w:rsidRPr="00921B0F" w:rsidRDefault="000C3AFB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0C3AFB" w:rsidRPr="00921B0F" w14:paraId="58772AF0" w14:textId="77777777" w:rsidTr="00921B0F">
        <w:tc>
          <w:tcPr>
            <w:tcW w:w="2660" w:type="dxa"/>
          </w:tcPr>
          <w:p w14:paraId="3BDCDC51" w14:textId="13DCA129" w:rsidR="000C3AFB" w:rsidRPr="00921B0F" w:rsidRDefault="00921B0F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Wartość brutto</w:t>
            </w:r>
          </w:p>
        </w:tc>
        <w:tc>
          <w:tcPr>
            <w:tcW w:w="5980" w:type="dxa"/>
          </w:tcPr>
          <w:p w14:paraId="22FCD4A9" w14:textId="77777777" w:rsidR="000C3AFB" w:rsidRPr="00921B0F" w:rsidRDefault="000C3AFB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196B2F02" w14:textId="47553F61" w:rsidR="00921B0F" w:rsidRPr="00921B0F" w:rsidRDefault="00AD649D" w:rsidP="00921B0F">
      <w:pPr>
        <w:pStyle w:val="Nagwek2"/>
        <w:rPr>
          <w:rFonts w:cstheme="majorHAnsi"/>
          <w:lang w:val="pl-PL"/>
        </w:rPr>
      </w:pPr>
      <w:r w:rsidRPr="00921B0F">
        <w:rPr>
          <w:rFonts w:cstheme="majorHAnsi"/>
          <w:lang w:val="pl-PL"/>
        </w:rPr>
        <w:br/>
      </w:r>
      <w:r w:rsidR="00921B0F" w:rsidRPr="00921B0F">
        <w:rPr>
          <w:rFonts w:cstheme="majorHAnsi"/>
          <w:lang w:val="pl-PL"/>
        </w:rPr>
        <w:t>4. DANE DO FAKTURY</w:t>
      </w:r>
    </w:p>
    <w:p w14:paraId="0A2107B4" w14:textId="1958A3C9" w:rsidR="00921B0F" w:rsidRPr="00921B0F" w:rsidRDefault="00921B0F" w:rsidP="00921B0F">
      <w:pPr>
        <w:pStyle w:val="Bezodstpw"/>
        <w:rPr>
          <w:rFonts w:asciiTheme="majorHAnsi" w:hAnsiTheme="majorHAnsi" w:cstheme="majorHAnsi"/>
          <w:lang w:val="pl-PL"/>
        </w:rPr>
      </w:pPr>
      <w:r w:rsidRPr="00921B0F">
        <w:rPr>
          <w:rFonts w:asciiTheme="majorHAnsi" w:hAnsiTheme="majorHAnsi" w:cstheme="majorHAnsi"/>
          <w:lang w:val="pl-PL"/>
        </w:rPr>
        <w:t>Uniwersytet Warszawski</w:t>
      </w:r>
    </w:p>
    <w:p w14:paraId="3031408F" w14:textId="77777777" w:rsidR="00921B0F" w:rsidRPr="00921B0F" w:rsidRDefault="00921B0F" w:rsidP="00921B0F">
      <w:pPr>
        <w:pStyle w:val="Bezodstpw"/>
        <w:rPr>
          <w:rFonts w:asciiTheme="majorHAnsi" w:hAnsiTheme="majorHAnsi" w:cstheme="majorHAnsi"/>
          <w:lang w:val="pl-PL"/>
        </w:rPr>
      </w:pPr>
      <w:r w:rsidRPr="00921B0F">
        <w:rPr>
          <w:rFonts w:asciiTheme="majorHAnsi" w:hAnsiTheme="majorHAnsi" w:cstheme="majorHAnsi"/>
          <w:lang w:val="pl-PL"/>
        </w:rPr>
        <w:t>ul. Krakowskie Przedmieście 26/28</w:t>
      </w:r>
    </w:p>
    <w:p w14:paraId="6C868251" w14:textId="77777777" w:rsidR="00921B0F" w:rsidRPr="00921B0F" w:rsidRDefault="00921B0F" w:rsidP="00921B0F">
      <w:pPr>
        <w:pStyle w:val="Bezodstpw"/>
        <w:rPr>
          <w:rFonts w:asciiTheme="majorHAnsi" w:hAnsiTheme="majorHAnsi" w:cstheme="majorHAnsi"/>
          <w:lang w:val="pl-PL"/>
        </w:rPr>
      </w:pPr>
      <w:r w:rsidRPr="00921B0F">
        <w:rPr>
          <w:rFonts w:asciiTheme="majorHAnsi" w:hAnsiTheme="majorHAnsi" w:cstheme="majorHAnsi"/>
          <w:lang w:val="pl-PL"/>
        </w:rPr>
        <w:t>00-927 Warszawa</w:t>
      </w:r>
    </w:p>
    <w:p w14:paraId="7F424B7E" w14:textId="554355FD" w:rsidR="00921B0F" w:rsidRDefault="00921B0F" w:rsidP="00921B0F">
      <w:pPr>
        <w:pStyle w:val="Bezodstpw"/>
        <w:rPr>
          <w:rFonts w:asciiTheme="majorHAnsi" w:hAnsiTheme="majorHAnsi" w:cstheme="majorHAnsi"/>
          <w:lang w:val="pl-PL"/>
        </w:rPr>
      </w:pPr>
      <w:r w:rsidRPr="00921B0F">
        <w:rPr>
          <w:rFonts w:asciiTheme="majorHAnsi" w:hAnsiTheme="majorHAnsi" w:cstheme="majorHAnsi"/>
          <w:lang w:val="pl-PL"/>
        </w:rPr>
        <w:t>NIP: 525-001-12-66</w:t>
      </w:r>
    </w:p>
    <w:p w14:paraId="16D23AF2" w14:textId="3DF4B50F" w:rsidR="00921B0F" w:rsidRPr="0082339E" w:rsidRDefault="00921B0F" w:rsidP="00921B0F">
      <w:pPr>
        <w:rPr>
          <w:rFonts w:ascii="Calibri" w:hAnsi="Calibri" w:cs="Calibri"/>
          <w:bCs/>
          <w:color w:val="FF0000"/>
          <w:sz w:val="28"/>
          <w:szCs w:val="28"/>
        </w:rPr>
      </w:pPr>
      <w:proofErr w:type="spellStart"/>
      <w:r w:rsidRPr="0082339E">
        <w:rPr>
          <w:rFonts w:ascii="Calibri" w:hAnsi="Calibri" w:cs="Calibri"/>
          <w:bCs/>
          <w:color w:val="FF0000"/>
          <w:sz w:val="28"/>
          <w:szCs w:val="28"/>
        </w:rPr>
        <w:t>IDWew</w:t>
      </w:r>
      <w:proofErr w:type="spellEnd"/>
      <w:r w:rsidRPr="0082339E">
        <w:rPr>
          <w:rFonts w:ascii="Calibri" w:hAnsi="Calibri" w:cs="Calibri"/>
          <w:bCs/>
          <w:color w:val="FF0000"/>
          <w:sz w:val="28"/>
          <w:szCs w:val="28"/>
        </w:rPr>
        <w:t xml:space="preserve">  </w:t>
      </w:r>
      <w:proofErr w:type="spellStart"/>
      <w:r w:rsidRPr="0082339E">
        <w:rPr>
          <w:rFonts w:ascii="Calibri" w:hAnsi="Calibri" w:cs="Calibri"/>
          <w:bCs/>
          <w:color w:val="FF0000"/>
          <w:sz w:val="28"/>
          <w:szCs w:val="28"/>
        </w:rPr>
        <w:t>KSeF</w:t>
      </w:r>
      <w:proofErr w:type="spellEnd"/>
      <w:r w:rsidR="00795852">
        <w:rPr>
          <w:rFonts w:ascii="Calibri" w:hAnsi="Calibri" w:cs="Calibri"/>
          <w:bCs/>
          <w:color w:val="FF0000"/>
          <w:sz w:val="28"/>
          <w:szCs w:val="28"/>
        </w:rPr>
        <w:t>:</w:t>
      </w:r>
      <w:bookmarkStart w:id="0" w:name="_GoBack"/>
      <w:bookmarkEnd w:id="0"/>
      <w:r w:rsidRPr="0082339E">
        <w:rPr>
          <w:rFonts w:ascii="Calibri" w:hAnsi="Calibri" w:cs="Calibri"/>
          <w:bCs/>
          <w:color w:val="FF0000"/>
          <w:sz w:val="28"/>
          <w:szCs w:val="28"/>
        </w:rPr>
        <w:t xml:space="preserve"> </w:t>
      </w:r>
      <w:r w:rsidR="00795852" w:rsidRPr="00795852">
        <w:rPr>
          <w:rFonts w:ascii="Calibri" w:hAnsi="Calibri" w:cs="Calibri"/>
          <w:b/>
          <w:bCs/>
          <w:color w:val="FF0000"/>
          <w:sz w:val="28"/>
          <w:szCs w:val="28"/>
        </w:rPr>
        <w:t> 5250011266-30407</w:t>
      </w:r>
    </w:p>
    <w:p w14:paraId="13469BC3" w14:textId="77777777" w:rsidR="00921B0F" w:rsidRPr="00921B0F" w:rsidRDefault="00921B0F" w:rsidP="00921B0F">
      <w:pPr>
        <w:pStyle w:val="Bezodstpw"/>
        <w:rPr>
          <w:rFonts w:asciiTheme="majorHAnsi" w:hAnsiTheme="majorHAnsi" w:cstheme="majorHAnsi"/>
          <w:lang w:val="pl-PL"/>
        </w:rPr>
      </w:pPr>
    </w:p>
    <w:p w14:paraId="05F2F979" w14:textId="4CB57C21" w:rsidR="008465AA" w:rsidRPr="00921B0F" w:rsidRDefault="008465AA" w:rsidP="008465AA">
      <w:pPr>
        <w:pStyle w:val="Nagwek2"/>
        <w:rPr>
          <w:rFonts w:cstheme="majorHAnsi"/>
          <w:lang w:val="pl-PL"/>
        </w:rPr>
      </w:pPr>
      <w:r>
        <w:rPr>
          <w:rFonts w:cstheme="majorHAnsi"/>
          <w:lang w:val="pl-PL"/>
        </w:rPr>
        <w:t>5</w:t>
      </w:r>
      <w:r w:rsidRPr="00921B0F">
        <w:rPr>
          <w:rFonts w:cstheme="majorHAnsi"/>
          <w:lang w:val="pl-PL"/>
        </w:rPr>
        <w:t>. INFORMACJA DOTYCZĄCA CRU</w:t>
      </w:r>
    </w:p>
    <w:p w14:paraId="555945B6" w14:textId="7F8D3434" w:rsidR="008465AA" w:rsidRDefault="008465AA" w:rsidP="008465AA">
      <w:pPr>
        <w:jc w:val="both"/>
        <w:rPr>
          <w:rFonts w:asciiTheme="majorHAnsi" w:hAnsiTheme="majorHAnsi" w:cstheme="majorHAnsi"/>
          <w:lang w:val="pl-PL"/>
        </w:rPr>
      </w:pPr>
      <w:r w:rsidRPr="00921B0F">
        <w:rPr>
          <w:rFonts w:asciiTheme="majorHAnsi" w:hAnsiTheme="majorHAnsi" w:cstheme="majorHAnsi"/>
          <w:lang w:val="pl-PL"/>
        </w:rPr>
        <w:t>Przed przekazaniem zamówienia wykonawcy dokument należy przesłać do Biura ZS</w:t>
      </w:r>
      <w:r w:rsidR="00B07AC9">
        <w:rPr>
          <w:rFonts w:asciiTheme="majorHAnsi" w:hAnsiTheme="majorHAnsi" w:cstheme="majorHAnsi"/>
          <w:lang w:val="pl-PL"/>
        </w:rPr>
        <w:t xml:space="preserve">D </w:t>
      </w:r>
      <w:r w:rsidRPr="00921B0F">
        <w:rPr>
          <w:rFonts w:asciiTheme="majorHAnsi" w:hAnsiTheme="majorHAnsi" w:cstheme="majorHAnsi"/>
          <w:lang w:val="pl-PL"/>
        </w:rPr>
        <w:t xml:space="preserve">UW na adres </w:t>
      </w:r>
      <w:r w:rsidR="00B07AC9" w:rsidRPr="00B07AC9">
        <w:rPr>
          <w:rFonts w:asciiTheme="majorHAnsi" w:hAnsiTheme="majorHAnsi" w:cstheme="majorHAnsi"/>
          <w:u w:val="single"/>
        </w:rPr>
        <w:t>doktoranci@samorzad.uw.edu.pl</w:t>
      </w:r>
      <w:r w:rsidRPr="00921B0F">
        <w:rPr>
          <w:rFonts w:asciiTheme="majorHAnsi" w:hAnsiTheme="majorHAnsi" w:cstheme="majorHAnsi"/>
          <w:lang w:val="pl-PL"/>
        </w:rPr>
        <w:t xml:space="preserve"> w celu rejestracji w Centralnym Rejestrze Umów (CRU) oraz uzyskania podpisu Przewodnicząc</w:t>
      </w:r>
      <w:r w:rsidR="00B07AC9">
        <w:rPr>
          <w:rFonts w:asciiTheme="majorHAnsi" w:hAnsiTheme="majorHAnsi" w:cstheme="majorHAnsi"/>
          <w:lang w:val="pl-PL"/>
        </w:rPr>
        <w:t>ej</w:t>
      </w:r>
      <w:r w:rsidRPr="00921B0F">
        <w:rPr>
          <w:rFonts w:asciiTheme="majorHAnsi" w:hAnsiTheme="majorHAnsi" w:cstheme="majorHAnsi"/>
          <w:lang w:val="pl-PL"/>
        </w:rPr>
        <w:t xml:space="preserve"> ZS</w:t>
      </w:r>
      <w:r w:rsidR="00B07AC9">
        <w:rPr>
          <w:rFonts w:asciiTheme="majorHAnsi" w:hAnsiTheme="majorHAnsi" w:cstheme="majorHAnsi"/>
          <w:lang w:val="pl-PL"/>
        </w:rPr>
        <w:t>D</w:t>
      </w:r>
      <w:r w:rsidRPr="00921B0F">
        <w:rPr>
          <w:rFonts w:asciiTheme="majorHAnsi" w:hAnsiTheme="majorHAnsi" w:cstheme="majorHAnsi"/>
          <w:lang w:val="pl-PL"/>
        </w:rPr>
        <w:t xml:space="preserve"> UW. </w:t>
      </w:r>
    </w:p>
    <w:p w14:paraId="1BAB1244" w14:textId="6718B0AA" w:rsidR="008465AA" w:rsidRDefault="008465AA" w:rsidP="008465AA">
      <w:pPr>
        <w:jc w:val="both"/>
        <w:rPr>
          <w:rFonts w:asciiTheme="majorHAnsi" w:hAnsiTheme="majorHAnsi" w:cstheme="majorHAnsi"/>
          <w:lang w:val="pl-PL"/>
        </w:rPr>
      </w:pPr>
    </w:p>
    <w:p w14:paraId="393E5AAD" w14:textId="77777777" w:rsidR="00B07AC9" w:rsidRDefault="00B07AC9" w:rsidP="008465AA">
      <w:pPr>
        <w:jc w:val="both"/>
        <w:rPr>
          <w:rFonts w:asciiTheme="majorHAnsi" w:hAnsiTheme="majorHAnsi" w:cstheme="majorHAnsi"/>
          <w:lang w:val="pl-PL"/>
        </w:rPr>
      </w:pPr>
    </w:p>
    <w:p w14:paraId="00C7AAFF" w14:textId="77777777" w:rsidR="008465AA" w:rsidRPr="008465AA" w:rsidRDefault="008465AA" w:rsidP="008465AA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color w:val="548DD4" w:themeColor="text2" w:themeTint="99"/>
          <w:sz w:val="27"/>
          <w:szCs w:val="27"/>
          <w:lang w:eastAsia="pl-PL"/>
        </w:rPr>
      </w:pPr>
      <w:proofErr w:type="spellStart"/>
      <w:r w:rsidRPr="008465AA">
        <w:rPr>
          <w:rFonts w:asciiTheme="majorHAnsi" w:eastAsia="Times New Roman" w:hAnsiTheme="majorHAnsi" w:cstheme="majorHAnsi"/>
          <w:b/>
          <w:bCs/>
          <w:color w:val="548DD4" w:themeColor="text2" w:themeTint="99"/>
          <w:sz w:val="27"/>
          <w:szCs w:val="27"/>
          <w:lang w:eastAsia="pl-PL"/>
        </w:rPr>
        <w:lastRenderedPageBreak/>
        <w:t>Postanowienia</w:t>
      </w:r>
      <w:proofErr w:type="spellEnd"/>
      <w:r w:rsidRPr="008465AA">
        <w:rPr>
          <w:rFonts w:asciiTheme="majorHAnsi" w:eastAsia="Times New Roman" w:hAnsiTheme="majorHAnsi" w:cstheme="majorHAnsi"/>
          <w:b/>
          <w:bCs/>
          <w:color w:val="548DD4" w:themeColor="text2" w:themeTint="99"/>
          <w:sz w:val="27"/>
          <w:szCs w:val="27"/>
          <w:lang w:eastAsia="pl-PL"/>
        </w:rPr>
        <w:t xml:space="preserve"> </w:t>
      </w:r>
      <w:proofErr w:type="spellStart"/>
      <w:r w:rsidRPr="008465AA">
        <w:rPr>
          <w:rFonts w:asciiTheme="majorHAnsi" w:eastAsia="Times New Roman" w:hAnsiTheme="majorHAnsi" w:cstheme="majorHAnsi"/>
          <w:b/>
          <w:bCs/>
          <w:color w:val="548DD4" w:themeColor="text2" w:themeTint="99"/>
          <w:sz w:val="27"/>
          <w:szCs w:val="27"/>
          <w:lang w:eastAsia="pl-PL"/>
        </w:rPr>
        <w:t>dodatkowe</w:t>
      </w:r>
      <w:proofErr w:type="spellEnd"/>
    </w:p>
    <w:p w14:paraId="06F7BC13" w14:textId="77777777" w:rsidR="008465AA" w:rsidRPr="008465AA" w:rsidRDefault="008465AA" w:rsidP="008465AA">
      <w:pPr>
        <w:numPr>
          <w:ilvl w:val="0"/>
          <w:numId w:val="10"/>
        </w:numPr>
        <w:tabs>
          <w:tab w:val="clear" w:pos="720"/>
          <w:tab w:val="left" w:pos="709"/>
          <w:tab w:val="num" w:pos="851"/>
        </w:tabs>
        <w:spacing w:before="100" w:beforeAutospacing="1" w:after="100" w:afterAutospacing="1" w:line="240" w:lineRule="auto"/>
        <w:ind w:left="709" w:hanging="567"/>
        <w:jc w:val="both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465AA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Wykonawca zobowiązuje się do realizacji przedmiotu zamówienia zgodnie z przedstawioną ofertą oraz obowiązującymi przepisami prawa.</w:t>
      </w:r>
    </w:p>
    <w:p w14:paraId="68F6EAA9" w14:textId="77777777" w:rsidR="008465AA" w:rsidRPr="008465AA" w:rsidRDefault="008465AA" w:rsidP="008465AA">
      <w:pPr>
        <w:numPr>
          <w:ilvl w:val="0"/>
          <w:numId w:val="10"/>
        </w:numPr>
        <w:tabs>
          <w:tab w:val="clear" w:pos="720"/>
          <w:tab w:val="left" w:pos="709"/>
          <w:tab w:val="num" w:pos="851"/>
        </w:tabs>
        <w:spacing w:before="100" w:beforeAutospacing="1" w:after="100" w:afterAutospacing="1" w:line="240" w:lineRule="auto"/>
        <w:ind w:left="709" w:hanging="567"/>
        <w:jc w:val="both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465AA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Niniejsze zlecenie stanowi akceptację oferty Wykonawcy i jest podstawą do realizacji zamówienia.</w:t>
      </w:r>
    </w:p>
    <w:p w14:paraId="63953EDB" w14:textId="77777777" w:rsidR="008465AA" w:rsidRPr="008465AA" w:rsidRDefault="008465AA" w:rsidP="008465AA">
      <w:pPr>
        <w:numPr>
          <w:ilvl w:val="0"/>
          <w:numId w:val="10"/>
        </w:numPr>
        <w:tabs>
          <w:tab w:val="clear" w:pos="720"/>
          <w:tab w:val="left" w:pos="709"/>
          <w:tab w:val="num" w:pos="851"/>
        </w:tabs>
        <w:spacing w:before="100" w:beforeAutospacing="1" w:after="100" w:afterAutospacing="1" w:line="240" w:lineRule="auto"/>
        <w:ind w:left="709" w:hanging="567"/>
        <w:jc w:val="both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465AA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 przypadku konieczności zmian zakresu lub wartości zamówienia wymagane jest uprzednie uzgodnienie z Zamawiającym w formie dokumentowej.</w:t>
      </w:r>
    </w:p>
    <w:p w14:paraId="6F993777" w14:textId="77777777" w:rsidR="008465AA" w:rsidRPr="008465AA" w:rsidRDefault="008465AA" w:rsidP="008465AA">
      <w:pPr>
        <w:numPr>
          <w:ilvl w:val="0"/>
          <w:numId w:val="10"/>
        </w:numPr>
        <w:tabs>
          <w:tab w:val="clear" w:pos="720"/>
          <w:tab w:val="left" w:pos="709"/>
          <w:tab w:val="num" w:pos="851"/>
        </w:tabs>
        <w:spacing w:before="100" w:beforeAutospacing="1" w:after="100" w:afterAutospacing="1" w:line="240" w:lineRule="auto"/>
        <w:ind w:left="709" w:hanging="567"/>
        <w:jc w:val="both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465AA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Umowa / zlecenie może podlegać publikacji w Centralnym Rejestrze Umów zgodnie z obowiązującymi przepisami prawa.</w:t>
      </w:r>
    </w:p>
    <w:p w14:paraId="63F1BD40" w14:textId="77777777" w:rsidR="008465AA" w:rsidRPr="008465AA" w:rsidRDefault="008465AA" w:rsidP="008465A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465AA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Prosimy o potwierdzenie przyjęcia zlecenia do realizacji poprzez podpisanie dokumentu lub przesłanie wiadomości e-mail potwierdzającej akceptację warunków.</w:t>
      </w:r>
    </w:p>
    <w:p w14:paraId="5560E1EA" w14:textId="77777777" w:rsidR="008465AA" w:rsidRDefault="008465AA" w:rsidP="008465AA">
      <w:pPr>
        <w:jc w:val="both"/>
        <w:rPr>
          <w:rFonts w:asciiTheme="majorHAnsi" w:hAnsiTheme="majorHAnsi" w:cstheme="majorHAnsi"/>
          <w:lang w:val="pl-PL"/>
        </w:rPr>
      </w:pPr>
    </w:p>
    <w:p w14:paraId="2B96737C" w14:textId="77777777" w:rsidR="008465AA" w:rsidRPr="00921B0F" w:rsidRDefault="008465AA" w:rsidP="008465AA">
      <w:pPr>
        <w:pStyle w:val="Nagwek2"/>
        <w:rPr>
          <w:rFonts w:cstheme="majorHAnsi"/>
          <w:lang w:val="pl-PL"/>
        </w:rPr>
      </w:pPr>
      <w:r>
        <w:rPr>
          <w:rFonts w:cstheme="majorHAnsi"/>
          <w:lang w:val="pl-PL"/>
        </w:rPr>
        <w:t>6</w:t>
      </w:r>
      <w:r w:rsidRPr="00921B0F">
        <w:rPr>
          <w:rFonts w:cstheme="majorHAnsi"/>
          <w:lang w:val="pl-PL"/>
        </w:rPr>
        <w:t>. PODPISY I AKCEPTACJA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8465AA" w:rsidRPr="00921B0F" w14:paraId="1FD7DF57" w14:textId="77777777" w:rsidTr="001D3D55">
        <w:tc>
          <w:tcPr>
            <w:tcW w:w="4316" w:type="dxa"/>
          </w:tcPr>
          <w:p w14:paraId="45D9319D" w14:textId="77777777" w:rsidR="008465AA" w:rsidRPr="00921B0F" w:rsidRDefault="008465AA" w:rsidP="001D3D55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Data</w:t>
            </w:r>
          </w:p>
        </w:tc>
        <w:tc>
          <w:tcPr>
            <w:tcW w:w="4314" w:type="dxa"/>
          </w:tcPr>
          <w:p w14:paraId="38513E82" w14:textId="77777777" w:rsidR="008465AA" w:rsidRPr="00921B0F" w:rsidRDefault="008465AA" w:rsidP="001D3D55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8465AA" w:rsidRPr="00921B0F" w14:paraId="2F8AA67E" w14:textId="77777777" w:rsidTr="008465AA">
        <w:tc>
          <w:tcPr>
            <w:tcW w:w="4316" w:type="dxa"/>
            <w:vAlign w:val="center"/>
          </w:tcPr>
          <w:p w14:paraId="379FC57A" w14:textId="7A7F2B41" w:rsidR="008465AA" w:rsidRPr="00921B0F" w:rsidRDefault="008465AA" w:rsidP="008465AA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Akceptacja Przewodniczące</w:t>
            </w:r>
            <w:r w:rsidR="00B07AC9">
              <w:rPr>
                <w:rFonts w:asciiTheme="majorHAnsi" w:hAnsiTheme="majorHAnsi" w:cstheme="majorHAnsi"/>
                <w:lang w:val="pl-PL"/>
              </w:rPr>
              <w:t>j</w:t>
            </w:r>
            <w:r w:rsidRPr="00921B0F">
              <w:rPr>
                <w:rFonts w:asciiTheme="majorHAnsi" w:hAnsiTheme="majorHAnsi" w:cstheme="majorHAnsi"/>
                <w:lang w:val="pl-PL"/>
              </w:rPr>
              <w:t xml:space="preserve"> ZS</w:t>
            </w:r>
            <w:r w:rsidR="00B07AC9">
              <w:rPr>
                <w:rFonts w:asciiTheme="majorHAnsi" w:hAnsiTheme="majorHAnsi" w:cstheme="majorHAnsi"/>
                <w:lang w:val="pl-PL"/>
              </w:rPr>
              <w:t>D</w:t>
            </w:r>
            <w:r w:rsidRPr="00921B0F">
              <w:rPr>
                <w:rFonts w:asciiTheme="majorHAnsi" w:hAnsiTheme="majorHAnsi" w:cstheme="majorHAnsi"/>
                <w:lang w:val="pl-PL"/>
              </w:rPr>
              <w:t xml:space="preserve"> UW</w:t>
            </w:r>
          </w:p>
        </w:tc>
        <w:tc>
          <w:tcPr>
            <w:tcW w:w="4314" w:type="dxa"/>
          </w:tcPr>
          <w:p w14:paraId="32652569" w14:textId="77777777" w:rsidR="008465AA" w:rsidRDefault="008465AA" w:rsidP="001D3D55">
            <w:pPr>
              <w:rPr>
                <w:rFonts w:asciiTheme="majorHAnsi" w:hAnsiTheme="majorHAnsi" w:cstheme="majorHAnsi"/>
                <w:lang w:val="pl-PL"/>
              </w:rPr>
            </w:pPr>
          </w:p>
          <w:p w14:paraId="0B3FC54B" w14:textId="77777777" w:rsidR="008465AA" w:rsidRDefault="008465AA" w:rsidP="001D3D55">
            <w:pPr>
              <w:rPr>
                <w:rFonts w:asciiTheme="majorHAnsi" w:hAnsiTheme="majorHAnsi" w:cstheme="majorHAnsi"/>
                <w:lang w:val="pl-PL"/>
              </w:rPr>
            </w:pPr>
          </w:p>
          <w:p w14:paraId="6353FB04" w14:textId="77777777" w:rsidR="008465AA" w:rsidRDefault="008465AA" w:rsidP="001D3D55">
            <w:pPr>
              <w:rPr>
                <w:rFonts w:asciiTheme="majorHAnsi" w:hAnsiTheme="majorHAnsi" w:cstheme="majorHAnsi"/>
                <w:lang w:val="pl-PL"/>
              </w:rPr>
            </w:pPr>
          </w:p>
          <w:p w14:paraId="3564EE34" w14:textId="77777777" w:rsidR="008465AA" w:rsidRDefault="008465AA" w:rsidP="001D3D55">
            <w:pPr>
              <w:rPr>
                <w:rFonts w:asciiTheme="majorHAnsi" w:hAnsiTheme="majorHAnsi" w:cstheme="majorHAnsi"/>
                <w:lang w:val="pl-PL"/>
              </w:rPr>
            </w:pPr>
          </w:p>
          <w:p w14:paraId="05373B20" w14:textId="77777777" w:rsidR="008465AA" w:rsidRDefault="008465AA" w:rsidP="001D3D55">
            <w:pPr>
              <w:rPr>
                <w:rFonts w:asciiTheme="majorHAnsi" w:hAnsiTheme="majorHAnsi" w:cstheme="majorHAnsi"/>
                <w:lang w:val="pl-PL"/>
              </w:rPr>
            </w:pPr>
          </w:p>
          <w:p w14:paraId="0767ADFE" w14:textId="7C13231E" w:rsidR="008465AA" w:rsidRPr="00921B0F" w:rsidRDefault="008465AA" w:rsidP="001D3D55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2B3A97" w:rsidRPr="00921B0F" w14:paraId="39C069E5" w14:textId="77777777" w:rsidTr="008465AA">
        <w:tc>
          <w:tcPr>
            <w:tcW w:w="4316" w:type="dxa"/>
            <w:vAlign w:val="center"/>
          </w:tcPr>
          <w:p w14:paraId="34EEC99C" w14:textId="77777777" w:rsidR="002B3A97" w:rsidRDefault="002B3A97" w:rsidP="008465AA">
            <w:pPr>
              <w:rPr>
                <w:rFonts w:asciiTheme="majorHAnsi" w:hAnsiTheme="majorHAnsi" w:cstheme="majorHAnsi"/>
                <w:lang w:val="pl-PL"/>
              </w:rPr>
            </w:pPr>
          </w:p>
          <w:p w14:paraId="253CDF00" w14:textId="77777777" w:rsidR="002B3A97" w:rsidRDefault="002B3A97" w:rsidP="008465AA">
            <w:pPr>
              <w:rPr>
                <w:rFonts w:asciiTheme="majorHAnsi" w:hAnsiTheme="majorHAnsi" w:cstheme="majorHAnsi"/>
                <w:lang w:val="pl-PL"/>
              </w:rPr>
            </w:pPr>
          </w:p>
          <w:p w14:paraId="02202494" w14:textId="47B927E9" w:rsidR="002B3A97" w:rsidRDefault="002B3A97" w:rsidP="008465AA">
            <w:pPr>
              <w:rPr>
                <w:rFonts w:asciiTheme="majorHAnsi" w:hAnsiTheme="majorHAnsi" w:cstheme="majorHAnsi"/>
                <w:lang w:val="pl-PL"/>
              </w:rPr>
            </w:pPr>
            <w:r w:rsidRPr="00921B0F">
              <w:rPr>
                <w:rFonts w:asciiTheme="majorHAnsi" w:hAnsiTheme="majorHAnsi" w:cstheme="majorHAnsi"/>
                <w:lang w:val="pl-PL"/>
              </w:rPr>
              <w:t>Akceptacja</w:t>
            </w:r>
            <w:r>
              <w:rPr>
                <w:rFonts w:asciiTheme="majorHAnsi" w:hAnsiTheme="majorHAnsi" w:cstheme="majorHAnsi"/>
                <w:lang w:val="pl-PL"/>
              </w:rPr>
              <w:t xml:space="preserve"> Wykonawcy</w:t>
            </w:r>
          </w:p>
          <w:p w14:paraId="6759AD4A" w14:textId="77777777" w:rsidR="002B3A97" w:rsidRDefault="002B3A97" w:rsidP="008465AA">
            <w:pPr>
              <w:rPr>
                <w:rFonts w:asciiTheme="majorHAnsi" w:hAnsiTheme="majorHAnsi" w:cstheme="majorHAnsi"/>
                <w:lang w:val="pl-PL"/>
              </w:rPr>
            </w:pPr>
          </w:p>
          <w:p w14:paraId="34439AF6" w14:textId="77777777" w:rsidR="002B3A97" w:rsidRDefault="002B3A97" w:rsidP="008465AA">
            <w:pPr>
              <w:rPr>
                <w:rFonts w:asciiTheme="majorHAnsi" w:hAnsiTheme="majorHAnsi" w:cstheme="majorHAnsi"/>
                <w:lang w:val="pl-PL"/>
              </w:rPr>
            </w:pPr>
          </w:p>
          <w:p w14:paraId="67055080" w14:textId="5F17EF49" w:rsidR="002B3A97" w:rsidRPr="00921B0F" w:rsidRDefault="002B3A97" w:rsidP="008465AA">
            <w:pPr>
              <w:rPr>
                <w:rFonts w:asciiTheme="majorHAnsi" w:hAnsiTheme="majorHAnsi" w:cstheme="majorHAnsi"/>
                <w:lang w:val="pl-PL"/>
              </w:rPr>
            </w:pPr>
          </w:p>
        </w:tc>
        <w:tc>
          <w:tcPr>
            <w:tcW w:w="4314" w:type="dxa"/>
          </w:tcPr>
          <w:p w14:paraId="51EE3051" w14:textId="77777777" w:rsidR="002B3A97" w:rsidRDefault="002B3A97" w:rsidP="001D3D55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6257221A" w14:textId="77777777" w:rsidR="004B50AC" w:rsidRPr="00921B0F" w:rsidRDefault="004B50AC">
      <w:pPr>
        <w:rPr>
          <w:rFonts w:asciiTheme="majorHAnsi" w:hAnsiTheme="majorHAnsi" w:cstheme="majorHAnsi"/>
          <w:lang w:val="pl-PL"/>
        </w:rPr>
      </w:pPr>
    </w:p>
    <w:sectPr w:rsidR="004B50AC" w:rsidRPr="00921B0F" w:rsidSect="00921B0F">
      <w:headerReference w:type="default" r:id="rId8"/>
      <w:pgSz w:w="12240" w:h="15840"/>
      <w:pgMar w:top="1440" w:right="1800" w:bottom="56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6F4C9" w14:textId="77777777" w:rsidR="00982FFE" w:rsidRDefault="00982FFE" w:rsidP="00921B0F">
      <w:pPr>
        <w:spacing w:after="0" w:line="240" w:lineRule="auto"/>
      </w:pPr>
      <w:r>
        <w:separator/>
      </w:r>
    </w:p>
  </w:endnote>
  <w:endnote w:type="continuationSeparator" w:id="0">
    <w:p w14:paraId="0D3CF303" w14:textId="77777777" w:rsidR="00982FFE" w:rsidRDefault="00982FFE" w:rsidP="0092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89438" w14:textId="77777777" w:rsidR="00982FFE" w:rsidRDefault="00982FFE" w:rsidP="00921B0F">
      <w:pPr>
        <w:spacing w:after="0" w:line="240" w:lineRule="auto"/>
      </w:pPr>
      <w:r>
        <w:separator/>
      </w:r>
    </w:p>
  </w:footnote>
  <w:footnote w:type="continuationSeparator" w:id="0">
    <w:p w14:paraId="58259CF4" w14:textId="77777777" w:rsidR="00982FFE" w:rsidRDefault="00982FFE" w:rsidP="00921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AE368" w14:textId="0E9D3301" w:rsidR="00921B0F" w:rsidRDefault="00921B0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DB55D0" wp14:editId="11A1BBF9">
          <wp:simplePos x="0" y="0"/>
          <wp:positionH relativeFrom="margin">
            <wp:align>center</wp:align>
          </wp:positionH>
          <wp:positionV relativeFrom="paragraph">
            <wp:posOffset>-171450</wp:posOffset>
          </wp:positionV>
          <wp:extent cx="3209925" cy="499745"/>
          <wp:effectExtent l="0" t="0" r="9525" b="0"/>
          <wp:wrapTight wrapText="bothSides">
            <wp:wrapPolygon edited="0">
              <wp:start x="513" y="0"/>
              <wp:lineTo x="0" y="3294"/>
              <wp:lineTo x="0" y="9881"/>
              <wp:lineTo x="1410" y="13174"/>
              <wp:lineTo x="0" y="13174"/>
              <wp:lineTo x="0" y="18114"/>
              <wp:lineTo x="385" y="20584"/>
              <wp:lineTo x="4230" y="20584"/>
              <wp:lineTo x="21536" y="18114"/>
              <wp:lineTo x="21536" y="3294"/>
              <wp:lineTo x="4102" y="0"/>
              <wp:lineTo x="513" y="0"/>
            </wp:wrapPolygon>
          </wp:wrapTight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s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9925" cy="499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AA645E" w14:textId="77777777" w:rsidR="00921B0F" w:rsidRDefault="00921B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1743AE"/>
    <w:multiLevelType w:val="multilevel"/>
    <w:tmpl w:val="63AC2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39F1"/>
    <w:rsid w:val="000C3AFB"/>
    <w:rsid w:val="0015074B"/>
    <w:rsid w:val="002867F0"/>
    <w:rsid w:val="0029639D"/>
    <w:rsid w:val="002B3A97"/>
    <w:rsid w:val="00326F90"/>
    <w:rsid w:val="004B50AC"/>
    <w:rsid w:val="00546068"/>
    <w:rsid w:val="00795852"/>
    <w:rsid w:val="0082339E"/>
    <w:rsid w:val="008465AA"/>
    <w:rsid w:val="00847126"/>
    <w:rsid w:val="00921B0F"/>
    <w:rsid w:val="00982FFE"/>
    <w:rsid w:val="00AA1D8D"/>
    <w:rsid w:val="00AD649D"/>
    <w:rsid w:val="00B07AC9"/>
    <w:rsid w:val="00B47730"/>
    <w:rsid w:val="00CB0664"/>
    <w:rsid w:val="00EB6BE0"/>
    <w:rsid w:val="00FC693F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82AEA2"/>
  <w14:defaultImageDpi w14:val="300"/>
  <w15:docId w15:val="{1A9182C6-63A6-46D5-B9C4-E87C73D4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DEC868-E3CF-4AE5-8D1F-B156BB746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226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Daria Wawreniuk</cp:lastModifiedBy>
  <cp:revision>10</cp:revision>
  <dcterms:created xsi:type="dcterms:W3CDTF">2026-06-10T10:42:00Z</dcterms:created>
  <dcterms:modified xsi:type="dcterms:W3CDTF">2026-07-21T10:19:00Z</dcterms:modified>
  <cp:category/>
</cp:coreProperties>
</file>